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964033"/>
        </w:rPr>
        <w:t>ACTA DE ENTREGA DE INMUEBLE</w:t>
      </w:r>
    </w:p>
    <w:p>
      <w:pPr>
        <w:jc w:val="center"/>
      </w:pPr>
      <w:r>
        <w:rPr>
          <w:color w:val="777777"/>
          <w:sz w:val="20"/>
        </w:rPr>
        <w:t>Colombia 2026</w:t>
      </w:r>
    </w:p>
    <w:p/>
    <w:p>
      <w:r>
        <w:t>En la ciudad de [Ciudad], a los [__] días del mes de [________] de 2026, se procede a la entrega material del inmueble descrito a continuación:</w:t>
      </w:r>
    </w:p>
    <w:p>
      <w:pPr>
        <w:pStyle w:val="Heading2"/>
      </w:pPr>
      <w:r>
        <w:t>DATOS DEL INMUEBLE</w:t>
      </w:r>
    </w:p>
    <w:p>
      <w:r>
        <w:rPr>
          <w:b/>
          <w:sz w:val="22"/>
        </w:rPr>
        <w:t xml:space="preserve">Dirección: </w:t>
      </w:r>
      <w:r>
        <w:rPr>
          <w:color w:val="999999"/>
        </w:rPr>
        <w:t>[Dirección completa]</w:t>
      </w:r>
    </w:p>
    <w:p>
      <w:r>
        <w:rPr>
          <w:b/>
          <w:sz w:val="22"/>
        </w:rPr>
        <w:t xml:space="preserve">Ciudad/Municipio: </w:t>
      </w:r>
      <w:r>
        <w:rPr>
          <w:color w:val="999999"/>
        </w:rPr>
        <w:t>[Ciudad]</w:t>
      </w:r>
    </w:p>
    <w:p>
      <w:r>
        <w:rPr>
          <w:b/>
          <w:sz w:val="22"/>
        </w:rPr>
        <w:t xml:space="preserve">Matrícula Inmobiliaria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Tipo de inmueble: </w:t>
      </w:r>
      <w:r>
        <w:rPr>
          <w:color w:val="999999"/>
        </w:rPr>
        <w:t>[Apartamento / Casa / Local]</w:t>
      </w:r>
    </w:p>
    <w:p>
      <w:r>
        <w:rPr>
          <w:b/>
          <w:sz w:val="22"/>
        </w:rPr>
        <w:t xml:space="preserve">Estrato: </w:t>
      </w:r>
      <w:r>
        <w:rPr>
          <w:color w:val="999999"/>
        </w:rPr>
        <w:t>[1-6]</w:t>
      </w:r>
    </w:p>
    <w:p>
      <w:pPr>
        <w:pStyle w:val="Heading2"/>
      </w:pPr>
      <w:r>
        <w:t>PARTES</w:t>
      </w:r>
    </w:p>
    <w:p>
      <w:r>
        <w:rPr>
          <w:b/>
        </w:rPr>
        <w:t xml:space="preserve">QUIEN ENTREGA: 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En calidad de: </w:t>
      </w:r>
      <w:r>
        <w:rPr>
          <w:color w:val="999999"/>
        </w:rPr>
        <w:t>[Propietario / Arrendador / Vendedor]</w:t>
      </w:r>
    </w:p>
    <w:p/>
    <w:p>
      <w:r>
        <w:rPr>
          <w:b/>
        </w:rPr>
        <w:t xml:space="preserve">QUIEN RECIBE: 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En calidad de: </w:t>
      </w:r>
      <w:r>
        <w:rPr>
          <w:color w:val="999999"/>
        </w:rPr>
        <w:t>[Comprador / Arrendatario]</w:t>
      </w:r>
    </w:p>
    <w:p>
      <w:pPr>
        <w:pStyle w:val="Heading2"/>
      </w:pPr>
      <w:r>
        <w:t>ESTADO GENERAL DEL INMUEBLE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09"/>
        <w:gridCol w:w="2209"/>
        <w:gridCol w:w="2209"/>
        <w:gridCol w:w="2209"/>
      </w:tblGrid>
      <w:tr>
        <w:tc>
          <w:tcPr>
            <w:tcW w:type="dxa" w:w="2209"/>
          </w:tcPr>
          <w:p>
            <w:r>
              <w:rPr>
                <w:b/>
              </w:rPr>
              <w:t>Espacio</w:t>
            </w:r>
          </w:p>
        </w:tc>
        <w:tc>
          <w:tcPr>
            <w:tcW w:type="dxa" w:w="2209"/>
          </w:tcPr>
          <w:p>
            <w:r>
              <w:rPr>
                <w:b/>
              </w:rPr>
              <w:t>Estado</w:t>
            </w:r>
          </w:p>
        </w:tc>
        <w:tc>
          <w:tcPr>
            <w:tcW w:type="dxa" w:w="2209"/>
          </w:tcPr>
          <w:p>
            <w:r>
              <w:rPr>
                <w:b/>
              </w:rPr>
              <w:t>Observaciones</w:t>
            </w:r>
          </w:p>
        </w:tc>
        <w:tc>
          <w:tcPr>
            <w:tcW w:type="dxa" w:w="2209"/>
          </w:tcPr>
          <w:p>
            <w:r>
              <w:rPr>
                <w:b/>
              </w:rPr>
              <w:t>Foto</w:t>
            </w:r>
          </w:p>
        </w:tc>
      </w:tr>
      <w:tr>
        <w:tc>
          <w:tcPr>
            <w:tcW w:type="dxa" w:w="2209"/>
          </w:tcPr>
          <w:p>
            <w:r>
              <w:t>Sala / Comedor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Cocina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Baño principal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Baño auxiliar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Habitación 1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Habitación 2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Habitación 3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Balcón / Terraza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Zona de lavandería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Garaje / Parqueadero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Puertas y cerraduras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Ventanas y vidrios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Pisos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Paredes y pintura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  <w:tr>
        <w:tc>
          <w:tcPr>
            <w:tcW w:type="dxa" w:w="2209"/>
          </w:tcPr>
          <w:p>
            <w:r>
              <w:t>Cielo raso / Techo</w:t>
            </w:r>
          </w:p>
        </w:tc>
        <w:tc>
          <w:tcPr>
            <w:tcW w:type="dxa" w:w="2209"/>
          </w:tcPr>
          <w:p>
            <w:r>
              <w:t>[Bueno / Regular / Malo]</w:t>
            </w:r>
          </w:p>
        </w:tc>
        <w:tc>
          <w:tcPr>
            <w:tcW w:type="dxa" w:w="2209"/>
          </w:tcPr>
          <w:p>
            <w:r/>
          </w:p>
        </w:tc>
        <w:tc>
          <w:tcPr>
            <w:tcW w:type="dxa" w:w="2209"/>
          </w:tcPr>
          <w:p>
            <w:r>
              <w:t>[Sí / No]</w:t>
            </w:r>
          </w:p>
        </w:tc>
      </w:tr>
    </w:tbl>
    <w:p>
      <w:pPr>
        <w:pStyle w:val="Heading2"/>
      </w:pPr>
      <w:r>
        <w:t>LECTURA DE CONTADORES Y SERVICIOS PÚBLICOS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946"/>
        <w:gridCol w:w="2946"/>
        <w:gridCol w:w="2946"/>
      </w:tblGrid>
      <w:tr>
        <w:tc>
          <w:tcPr>
            <w:tcW w:type="dxa" w:w="2946"/>
          </w:tcPr>
          <w:p>
            <w:r>
              <w:t>Servicio</w:t>
            </w:r>
          </w:p>
        </w:tc>
        <w:tc>
          <w:tcPr>
            <w:tcW w:type="dxa" w:w="2946"/>
          </w:tcPr>
          <w:p>
            <w:r>
              <w:t>Lectura / Cuenta</w:t>
            </w:r>
          </w:p>
        </w:tc>
        <w:tc>
          <w:tcPr>
            <w:tcW w:type="dxa" w:w="2946"/>
          </w:tcPr>
          <w:p>
            <w:r>
              <w:t>¿A paz y salvo?</w:t>
            </w:r>
          </w:p>
        </w:tc>
      </w:tr>
      <w:tr>
        <w:tc>
          <w:tcPr>
            <w:tcW w:type="dxa" w:w="2946"/>
          </w:tcPr>
          <w:p>
            <w:r>
              <w:t>Energía eléctrica</w:t>
            </w:r>
          </w:p>
        </w:tc>
        <w:tc>
          <w:tcPr>
            <w:tcW w:type="dxa" w:w="2946"/>
          </w:tcPr>
          <w:p>
            <w:r>
              <w:t>[________]</w:t>
            </w:r>
          </w:p>
        </w:tc>
        <w:tc>
          <w:tcPr>
            <w:tcW w:type="dxa" w:w="2946"/>
          </w:tcPr>
          <w:p>
            <w:r>
              <w:t>[Sí / No]</w:t>
            </w:r>
          </w:p>
        </w:tc>
      </w:tr>
      <w:tr>
        <w:tc>
          <w:tcPr>
            <w:tcW w:type="dxa" w:w="2946"/>
          </w:tcPr>
          <w:p>
            <w:r>
              <w:t>Agua / Alcantarillado</w:t>
            </w:r>
          </w:p>
        </w:tc>
        <w:tc>
          <w:tcPr>
            <w:tcW w:type="dxa" w:w="2946"/>
          </w:tcPr>
          <w:p>
            <w:r>
              <w:t>[________]</w:t>
            </w:r>
          </w:p>
        </w:tc>
        <w:tc>
          <w:tcPr>
            <w:tcW w:type="dxa" w:w="2946"/>
          </w:tcPr>
          <w:p>
            <w:r>
              <w:t>[Sí / No]</w:t>
            </w:r>
          </w:p>
        </w:tc>
      </w:tr>
      <w:tr>
        <w:tc>
          <w:tcPr>
            <w:tcW w:type="dxa" w:w="2946"/>
          </w:tcPr>
          <w:p>
            <w:r>
              <w:t>Gas natural</w:t>
            </w:r>
          </w:p>
        </w:tc>
        <w:tc>
          <w:tcPr>
            <w:tcW w:type="dxa" w:w="2946"/>
          </w:tcPr>
          <w:p>
            <w:r>
              <w:t>[________]</w:t>
            </w:r>
          </w:p>
        </w:tc>
        <w:tc>
          <w:tcPr>
            <w:tcW w:type="dxa" w:w="2946"/>
          </w:tcPr>
          <w:p>
            <w:r>
              <w:t>[Sí / No]</w:t>
            </w:r>
          </w:p>
        </w:tc>
      </w:tr>
      <w:tr>
        <w:tc>
          <w:tcPr>
            <w:tcW w:type="dxa" w:w="2946"/>
          </w:tcPr>
          <w:p>
            <w:r>
              <w:t>Internet / TV</w:t>
            </w:r>
          </w:p>
        </w:tc>
        <w:tc>
          <w:tcPr>
            <w:tcW w:type="dxa" w:w="2946"/>
          </w:tcPr>
          <w:p>
            <w:r>
              <w:t>[________]</w:t>
            </w:r>
          </w:p>
        </w:tc>
        <w:tc>
          <w:tcPr>
            <w:tcW w:type="dxa" w:w="2946"/>
          </w:tcPr>
          <w:p>
            <w:r>
              <w:t>[Sí / No]</w:t>
            </w:r>
          </w:p>
        </w:tc>
      </w:tr>
      <w:tr>
        <w:tc>
          <w:tcPr>
            <w:tcW w:type="dxa" w:w="2946"/>
          </w:tcPr>
          <w:p>
            <w:r>
              <w:t>Administración</w:t>
            </w:r>
          </w:p>
        </w:tc>
        <w:tc>
          <w:tcPr>
            <w:tcW w:type="dxa" w:w="2946"/>
          </w:tcPr>
          <w:p>
            <w:r>
              <w:t>[________]</w:t>
            </w:r>
          </w:p>
        </w:tc>
        <w:tc>
          <w:tcPr>
            <w:tcW w:type="dxa" w:w="2946"/>
          </w:tcPr>
          <w:p>
            <w:r>
              <w:t>[Sí / No]</w:t>
            </w:r>
          </w:p>
        </w:tc>
      </w:tr>
    </w:tbl>
    <w:p>
      <w:pPr>
        <w:pStyle w:val="Heading2"/>
      </w:pPr>
      <w:r>
        <w:t>LLAVES ENTREGADAS</w:t>
      </w:r>
    </w:p>
    <w:p>
      <w:r>
        <w:t>Se hace entrega de las siguientes llaves:</w:t>
        <w:br/>
        <w:t>☐ Puerta principal: [__] juego(s)</w:t>
        <w:br/>
        <w:t>☐ Puerta de servicio: [__] juego(s)</w:t>
        <w:br/>
        <w:t>☐ Buzón: [__] juego(s)</w:t>
        <w:br/>
        <w:t>☐ Garaje / Parqueadero: [__] juego(s)</w:t>
        <w:br/>
        <w:t>☐ Control remoto portería: [__] unidad(es)</w:t>
        <w:br/>
        <w:t>☐ Tarjeta de acceso: [__] unidad(es)</w:t>
        <w:br/>
        <w:t>☐ Otras: [________]</w:t>
      </w:r>
    </w:p>
    <w:p>
      <w:pPr>
        <w:pStyle w:val="Heading2"/>
      </w:pPr>
      <w:r>
        <w:t>INVENTARIO DE DOTACIÓN (si aplica)</w:t>
      </w:r>
    </w:p>
    <w:p>
      <w:r>
        <w:t>Se entregan los siguientes elementos como parte del inmueble:</w:t>
        <w:br/>
        <w:t>☐ [Elemento 1] — Estado: [________]</w:t>
        <w:br/>
        <w:t>☐ [Elemento 2] — Estado: [________]</w:t>
        <w:br/>
        <w:t>☐ [Elemento 3] — Estado: [________]</w:t>
        <w:br/>
        <w:t>☐ [Elemento 4] — Estado: [________]</w:t>
        <w:br/>
        <w:t>(Agregar filas según sea necesario)</w:t>
      </w:r>
    </w:p>
    <w:p>
      <w:pPr>
        <w:pStyle w:val="Heading2"/>
      </w:pPr>
      <w:r>
        <w:t>OBSERVACIONES GENERALES</w:t>
      </w:r>
    </w:p>
    <w:p>
      <w:r>
        <w:t>[Espacio para observaciones adicionales de cualquiera de las partes]</w:t>
        <w:br/>
        <w:br/>
        <w:br/>
      </w:r>
    </w:p>
    <w:p>
      <w:r>
        <w:t>Ambas partes declaran estar de acuerdo con el contenido de la presente acta y con el estado del inmueble al momento de la entrega.</w:t>
        <w:br/>
      </w:r>
    </w:p>
    <w:p>
      <w:r>
        <w:t>________________________________________</w:t>
      </w:r>
    </w:p>
    <w:p>
      <w:r>
        <w:rPr>
          <w:b/>
        </w:rPr>
        <w:t>QUIEN ENTREGA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 de cédula]</w:t>
      </w:r>
    </w:p>
    <w:p>
      <w:r>
        <w:rPr>
          <w:b/>
          <w:sz w:val="22"/>
        </w:rPr>
        <w:t xml:space="preserve">Fecha: </w:t>
      </w:r>
      <w:r>
        <w:rPr>
          <w:color w:val="999999"/>
        </w:rPr>
        <w:t>[__] de [________] de 2026</w:t>
      </w:r>
    </w:p>
    <w:p/>
    <w:p>
      <w:r>
        <w:t>________________________________________</w:t>
      </w:r>
    </w:p>
    <w:p>
      <w:r>
        <w:rPr>
          <w:b/>
        </w:rPr>
        <w:t>QUIEN RECIBE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 de cédula]</w:t>
      </w:r>
    </w:p>
    <w:p>
      <w:r>
        <w:rPr>
          <w:b/>
          <w:sz w:val="22"/>
        </w:rPr>
        <w:t xml:space="preserve">Fecha: </w:t>
      </w:r>
      <w:r>
        <w:rPr>
          <w:color w:val="999999"/>
        </w:rPr>
        <w:t>[__] de [________] de 2026</w:t>
      </w:r>
    </w:p>
    <w:p/>
    <w:p/>
    <w:p>
      <w:r>
        <w:rPr>
          <w:i/>
          <w:color w:val="999999"/>
          <w:sz w:val="16"/>
        </w:rPr>
        <w:t>Documento modelo proporcionado por certificadodetradicion.com.co — Se recomienda acompañar esta acta con registro fotográfico del estado del inmueble.</w:t>
      </w:r>
    </w:p>
    <w:sectPr w:rsidR="00FC693F" w:rsidRPr="0006063C" w:rsidSect="00034616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