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color w:val="964033"/>
        </w:rPr>
        <w:t>PODER ESPECIAL PARA VENTA DE INMUEBLE</w:t>
      </w:r>
    </w:p>
    <w:p>
      <w:pPr>
        <w:jc w:val="center"/>
      </w:pPr>
      <w:r>
        <w:rPr>
          <w:color w:val="777777"/>
          <w:sz w:val="20"/>
        </w:rPr>
        <w:t>Para autenticar ante Notaría — Colombia 2026</w:t>
      </w:r>
    </w:p>
    <w:p/>
    <w:p>
      <w:r>
        <w:t>En la ciudad de [Ciudad], a los [__] días del mes de [________] de 2026.</w:t>
      </w:r>
    </w:p>
    <w:p>
      <w:pPr>
        <w:pStyle w:val="Heading2"/>
      </w:pPr>
      <w:r>
        <w:t>OTORGANTE (PODERDANTE)</w:t>
      </w:r>
    </w:p>
    <w:p>
      <w:r>
        <w:rPr>
          <w:b/>
          <w:sz w:val="22"/>
        </w:rPr>
        <w:t xml:space="preserve">Nombre completo: </w:t>
      </w:r>
      <w:r>
        <w:rPr>
          <w:color w:val="999999"/>
        </w:rPr>
        <w:t>[Nombre]</w:t>
      </w:r>
    </w:p>
    <w:p>
      <w:r>
        <w:rPr>
          <w:b/>
          <w:sz w:val="22"/>
        </w:rPr>
        <w:t xml:space="preserve">Identificado con C.C. No.: </w:t>
      </w:r>
      <w:r>
        <w:rPr>
          <w:color w:val="999999"/>
        </w:rPr>
        <w:t>[Número]</w:t>
      </w:r>
    </w:p>
    <w:p>
      <w:r>
        <w:rPr>
          <w:b/>
          <w:sz w:val="22"/>
        </w:rPr>
        <w:t xml:space="preserve">Expedida en: </w:t>
      </w:r>
      <w:r>
        <w:rPr>
          <w:color w:val="999999"/>
        </w:rPr>
        <w:t>[Ciudad]</w:t>
      </w:r>
    </w:p>
    <w:p>
      <w:r>
        <w:rPr>
          <w:b/>
          <w:sz w:val="22"/>
        </w:rPr>
        <w:t xml:space="preserve">Domiciliado en: </w:t>
      </w:r>
      <w:r>
        <w:rPr>
          <w:color w:val="999999"/>
        </w:rPr>
        <w:t>[Dirección completa]</w:t>
      </w:r>
    </w:p>
    <w:p>
      <w:r>
        <w:rPr>
          <w:b/>
          <w:sz w:val="22"/>
        </w:rPr>
        <w:t xml:space="preserve">Estado civil: </w:t>
      </w:r>
      <w:r>
        <w:rPr>
          <w:color w:val="999999"/>
        </w:rPr>
        <w:t>[Soltero/Casado/Unión libre]</w:t>
      </w:r>
    </w:p>
    <w:p>
      <w:pPr>
        <w:pStyle w:val="Heading2"/>
      </w:pPr>
      <w:r>
        <w:t>APODERADO</w:t>
      </w:r>
    </w:p>
    <w:p>
      <w:r>
        <w:rPr>
          <w:b/>
          <w:sz w:val="22"/>
        </w:rPr>
        <w:t xml:space="preserve">Nombre completo: </w:t>
      </w:r>
      <w:r>
        <w:rPr>
          <w:color w:val="999999"/>
        </w:rPr>
        <w:t>[Nombre]</w:t>
      </w:r>
    </w:p>
    <w:p>
      <w:r>
        <w:rPr>
          <w:b/>
          <w:sz w:val="22"/>
        </w:rPr>
        <w:t xml:space="preserve">Identificado con C.C. No.: </w:t>
      </w:r>
      <w:r>
        <w:rPr>
          <w:color w:val="999999"/>
        </w:rPr>
        <w:t>[Número]</w:t>
      </w:r>
    </w:p>
    <w:p>
      <w:r>
        <w:rPr>
          <w:b/>
          <w:sz w:val="22"/>
        </w:rPr>
        <w:t xml:space="preserve">Expedida en: </w:t>
      </w:r>
      <w:r>
        <w:rPr>
          <w:color w:val="999999"/>
        </w:rPr>
        <w:t>[Ciudad]</w:t>
      </w:r>
    </w:p>
    <w:p>
      <w:r>
        <w:rPr>
          <w:b/>
          <w:sz w:val="22"/>
        </w:rPr>
        <w:t xml:space="preserve">Domiciliado en: </w:t>
      </w:r>
      <w:r>
        <w:rPr>
          <w:color w:val="999999"/>
        </w:rPr>
        <w:t>[Dirección completa]</w:t>
      </w:r>
    </w:p>
    <w:p/>
    <w:p>
      <w:r>
        <w:t>Por medio del presente documento, yo, [NOMBRE PODERDANTE], identificado como aparece al pie de mi firma, de manera libre, voluntaria y espontánea, confiero PODER ESPECIAL, AMPLIO Y SUFICIENTE a [NOMBRE APODERADO], para que en mi nombre y representación realice los siguientes actos:</w:t>
      </w:r>
    </w:p>
    <w:p>
      <w:pPr>
        <w:pStyle w:val="Heading2"/>
      </w:pPr>
      <w:r>
        <w:t>FACULTADES</w:t>
      </w:r>
    </w:p>
    <w:p>
      <w:r>
        <w:t>PRIMERA. Vender, enajenar y transferir el dominio y la posesión del siguiente inmueble de mi propiedad:</w:t>
        <w:br/>
      </w:r>
    </w:p>
    <w:p>
      <w:r>
        <w:rPr>
          <w:b/>
          <w:sz w:val="22"/>
        </w:rPr>
        <w:t xml:space="preserve">Dirección del inmueble: </w:t>
      </w:r>
      <w:r>
        <w:rPr>
          <w:color w:val="999999"/>
        </w:rPr>
        <w:t>[Dirección completa]</w:t>
      </w:r>
    </w:p>
    <w:p>
      <w:r>
        <w:rPr>
          <w:b/>
          <w:sz w:val="22"/>
        </w:rPr>
        <w:t xml:space="preserve">Matrícula Inmobiliaria No.: </w:t>
      </w:r>
      <w:r>
        <w:rPr>
          <w:color w:val="999999"/>
        </w:rPr>
        <w:t>[Número]</w:t>
      </w:r>
    </w:p>
    <w:p>
      <w:r>
        <w:rPr>
          <w:b/>
          <w:sz w:val="22"/>
        </w:rPr>
        <w:t xml:space="preserve">Cédula Catastral No.: </w:t>
      </w:r>
      <w:r>
        <w:rPr>
          <w:color w:val="999999"/>
        </w:rPr>
        <w:t>[Número]</w:t>
      </w:r>
    </w:p>
    <w:p>
      <w:r>
        <w:rPr>
          <w:b/>
          <w:sz w:val="22"/>
        </w:rPr>
        <w:t xml:space="preserve">Oficina de Registro de: </w:t>
      </w:r>
      <w:r>
        <w:rPr>
          <w:color w:val="999999"/>
        </w:rPr>
        <w:t>[Ciudad]</w:t>
      </w:r>
    </w:p>
    <w:p>
      <w:r>
        <w:br/>
        <w:t>SEGUNDA. Fijar el precio de venta, el cual no podrá ser inferior a [VALOR EN LETRAS] PESOS M/CTE ($[VALOR] COP), y recibir el pago total o parcial del precio.</w:t>
        <w:br/>
        <w:br/>
        <w:t>TERCERA. Suscribir la escritura pública de compraventa ante cualquier notaría de la República de Colombia.</w:t>
        <w:br/>
        <w:br/>
        <w:t>CUARTA. Firmar promesas de compraventa, recibos de pago, actas de entrega y cualquier otro documento necesario para perfeccionar la venta.</w:t>
        <w:br/>
        <w:br/>
        <w:t>QUINTA. Entregar materialmente el inmueble al comprador.</w:t>
        <w:br/>
        <w:br/>
        <w:t>SEXTA. Solicitar y recibir certificados de tradición, paz y salvos de impuestos, servicios públicos y administración.</w:t>
        <w:br/>
        <w:br/>
        <w:t>SÉPTIMA. En general, realizar todos los actos y gestiones necesarios para llevar a cabo la venta del inmueble descrito, con las mismas facultades que tendría el poderdante si actuara personalmente.</w:t>
      </w:r>
    </w:p>
    <w:p>
      <w:pPr>
        <w:pStyle w:val="Heading2"/>
      </w:pPr>
      <w:r>
        <w:t>VIGENCIA</w:t>
      </w:r>
    </w:p>
    <w:p>
      <w:r>
        <w:t>El presente poder tendrá vigencia de [__] meses a partir de la fecha de autenticación, o hasta que se perfeccione la venta del inmueble, lo que ocurra primero.</w:t>
      </w:r>
    </w:p>
    <w:p>
      <w:pPr>
        <w:pStyle w:val="Heading2"/>
      </w:pPr>
      <w:r>
        <w:t>DECLARACIONES</w:t>
      </w:r>
    </w:p>
    <w:p>
      <w:r>
        <w:t>El poderdante declara que:</w:t>
        <w:br/>
        <w:t>a) Es propietario del inmueble descrito y tiene plena capacidad legal para otorgar este poder.</w:t>
        <w:br/>
        <w:t>b) El inmueble se encuentra libre de gravámenes, embargos, demandas civiles y limitaciones de dominio.</w:t>
        <w:br/>
        <w:t>c) Otorga este poder de manera libre y voluntaria, sin coacción alguna.</w:t>
      </w:r>
    </w:p>
    <w:p/>
    <w:p>
      <w:r>
        <w:rPr>
          <w:b/>
          <w:color w:val="964033"/>
        </w:rPr>
        <w:t xml:space="preserve">NOTA IMPORTANTE: </w:t>
      </w:r>
      <w:r>
        <w:t>Este poder debe ser autenticado ante Notaría Pública para que tenga validez legal. La autenticación de firmas se realiza con presentación personal ante el Notario.</w:t>
      </w:r>
    </w:p>
    <w:p>
      <w:r>
        <w:br/>
        <w:br/>
        <w:t>Para constancia se firma en la ciudad de [________].</w:t>
        <w:br/>
      </w:r>
    </w:p>
    <w:p>
      <w:r>
        <w:t>________________________________________</w:t>
      </w:r>
    </w:p>
    <w:p>
      <w:r>
        <w:rPr>
          <w:b/>
        </w:rPr>
        <w:t>EL PODERDANTE</w:t>
      </w:r>
    </w:p>
    <w:p>
      <w:r>
        <w:rPr>
          <w:b/>
          <w:sz w:val="22"/>
        </w:rPr>
        <w:t xml:space="preserve">Nombre: </w:t>
      </w:r>
      <w:r>
        <w:rPr>
          <w:color w:val="999999"/>
        </w:rPr>
        <w:t>[Nombre completo]</w:t>
      </w:r>
    </w:p>
    <w:p>
      <w:r>
        <w:rPr>
          <w:b/>
          <w:sz w:val="22"/>
        </w:rPr>
        <w:t xml:space="preserve">C.C. No.: </w:t>
      </w:r>
      <w:r>
        <w:rPr>
          <w:color w:val="999999"/>
        </w:rPr>
        <w:t>[Número de cédula]</w:t>
      </w:r>
    </w:p>
    <w:p/>
    <w:p>
      <w:r>
        <w:t>________________________________________</w:t>
      </w:r>
    </w:p>
    <w:p>
      <w:r>
        <w:rPr>
          <w:b/>
        </w:rPr>
        <w:t>ACEPTO EL PODER — EL APODERADO</w:t>
      </w:r>
    </w:p>
    <w:p>
      <w:r>
        <w:rPr>
          <w:b/>
          <w:sz w:val="22"/>
        </w:rPr>
        <w:t xml:space="preserve">Nombre: </w:t>
      </w:r>
      <w:r>
        <w:rPr>
          <w:color w:val="999999"/>
        </w:rPr>
        <w:t>[Nombre completo]</w:t>
      </w:r>
    </w:p>
    <w:p>
      <w:r>
        <w:rPr>
          <w:b/>
          <w:sz w:val="22"/>
        </w:rPr>
        <w:t xml:space="preserve">C.C. No.: </w:t>
      </w:r>
      <w:r>
        <w:rPr>
          <w:color w:val="999999"/>
        </w:rPr>
        <w:t>[Número de cédula]</w:t>
      </w:r>
    </w:p>
    <w:p/>
    <w:p/>
    <w:p>
      <w:r>
        <w:rPr>
          <w:i/>
          <w:color w:val="999999"/>
          <w:sz w:val="16"/>
        </w:rPr>
        <w:t>Documento modelo proporcionado por certificadodetradicion.com.co — Debe autenticarse ante Notaría. Para inmuebles de alto valor o situaciones especiales, consulte con un abogado.</w:t>
      </w:r>
    </w:p>
    <w:sectPr w:rsidR="00FC693F" w:rsidRPr="0006063C" w:rsidSect="00034616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